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Q3S13.26 Release Notes – All Products</w:t>
      </w:r>
    </w:p>
    <w:p>
      <w:pPr>
        <w:jc w:val="center"/>
      </w:pPr>
      <w:r>
        <w:rPr>
          <w:b/>
        </w:rPr>
        <w:t>Available July 14, 2026</w:t>
      </w:r>
      <w:r>
        <w:br/>
      </w:r>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p/>
    <w:p/>
    <w:p>
      <w:r>
        <w:t>Orchid eState  (UPC/API compliance for firearms, ammo, and parts)</w:t>
      </w:r>
    </w:p>
    <w:p/>
    <w:p/>
    <w:p>
      <w:r>
        <w:t>No updates this release</w:t>
      </w:r>
    </w:p>
    <w:p/>
    <w:p>
      <w:r>
        <w:t xml:space="preserve"> </w:t>
      </w:r>
    </w:p>
    <w:p/>
    <w:p>
      <w:r>
        <w:t>Orchid eFFL eCommerce Locator API</w:t>
      </w:r>
    </w:p>
    <w:p/>
    <w:p/>
    <w:p>
      <w:r>
        <w:t>No updates this release</w:t>
      </w:r>
    </w:p>
    <w:p/>
    <w:p>
      <w:r>
        <w:t xml:space="preserve"> </w:t>
      </w:r>
    </w:p>
    <w:p/>
    <w:p>
      <w:r>
        <w:t>Orchid eBound</w:t>
      </w:r>
    </w:p>
    <w:p/>
    <w:p/>
    <w:p>
      <w:r>
        <w:rPr>
          <w:b/>
        </w:rPr>
        <w:t>Bulk Correction Tool Enhancements</w:t>
      </w:r>
    </w:p>
    <w:p/>
    <w:p/>
    <w:p>
      <w:r>
        <w:t>The Bulk Correction tool now allows you to clear existing values by setting a field to Null. Simply select the field you want to update, check the Set to Null option, and run the correction. All changes are recorded in the Corrections Log, making it much easier to remove disposition information in bulk without correcting records one at a time.</w:t>
      </w:r>
    </w:p>
    <w:p/>
    <w:p>
      <w:r>
        <w:t xml:space="preserve"> </w:t>
      </w:r>
    </w:p>
    <w:p/>
    <w:p>
      <w:r>
        <w:rPr>
          <w:b/>
        </w:rPr>
        <w:t>Item Detail History Improvements</w:t>
      </w:r>
    </w:p>
    <w:p/>
    <w:p/>
    <w:p>
      <w:r>
        <w:t>The History section of Item Details now provides additional visibility into e4473 activity. You'll be able to see who completed each section of the 4473 (Sections A, C, D, and E), who made corrections, who added attachments, and who initiated a Multiple Sales Form.</w:t>
      </w:r>
    </w:p>
    <w:p/>
    <w:p>
      <w:r>
        <w:t xml:space="preserve"> </w:t>
      </w:r>
    </w:p>
    <w:p/>
    <w:p>
      <w:r>
        <w:rPr>
          <w:b/>
        </w:rPr>
        <w:t>e4473 Correction Improvements</w:t>
      </w:r>
    </w:p>
    <w:p/>
    <w:p/>
    <w:p>
      <w:r>
        <w:t>Managing completed e4473 forms is now more flexible. You can correct a form that was mistakenly marked as Complete – Not Transferred to finish the transfer, automatically updating the bound book with the required disposition information and changing the status to Complete – Transferred. You can also reverse a form marked Complete – Transferred to cancel the transfer. This removes the disposition from the bound book and records the change in the Corrections Log, helping ensure your records remain accurate.</w:t>
      </w:r>
    </w:p>
    <w:p/>
    <w:p>
      <w:r>
        <w:t xml:space="preserve"> </w:t>
      </w:r>
    </w:p>
    <w:p/>
    <w:p>
      <w:r>
        <w:t>Orchid eCommerce</w:t>
      </w:r>
    </w:p>
    <w:p/>
    <w:p/>
    <w:p>
      <w:r>
        <w:rPr>
          <w:b/>
        </w:rPr>
        <w:t>Inventory Reservation During eCommerce Checkout</w:t>
      </w:r>
    </w:p>
    <w:p/>
    <w:p/>
    <w:p>
      <w:r>
        <w:t>We have introduced improvements to help prevent overselling during high-demand online purchases. When a customer proceeds to payment, inventory will now be temporarily reserved for that shopper. The reserved quantity will no longer be available for other customers during the reservation period, helping ensure that multiple shoppers cannot purchase the same limited inventory item at the same time.</w:t>
      </w:r>
    </w:p>
    <w:p/>
    <w:p/>
    <w:p>
      <w:r>
        <w:t>A countdown timer will display during the reservation period. If checkout is completed, the inventory reservation converts into a completed sale. If the customer leaves checkout, cancels, or the timer expires, the inventory is automatically released back for purchase.</w:t>
      </w:r>
    </w:p>
    <w:p/>
    <w:p>
      <w:r>
        <w:t xml:space="preserve"> </w:t>
      </w:r>
    </w:p>
    <w:p/>
    <w:p>
      <w:r>
        <w:rPr>
          <w:b/>
        </w:rPr>
        <w:t>Coming Soon</w:t>
      </w:r>
      <w:r>
        <w:br/>
      </w:r>
    </w:p>
    <w:p>
      <w:r>
        <w:rPr>
          <w:b/>
        </w:rPr>
        <w:t>Overnight Shipping Notifications</w:t>
      </w:r>
    </w:p>
    <w:p/>
    <w:p/>
    <w:p>
      <w:r>
        <w:t>Stores will soon receive clearer indicators when an eCommerce customer selects an overnight shipping option. Orders requiring expedited shipping will display an overnight shipping notification directly on the invoice screen and printed invoice, helping teams quickly identify and prioritize time-sensitive shipments.</w:t>
      </w:r>
    </w:p>
    <w:p/>
    <w:p>
      <w:r>
        <w:rPr>
          <w:b/>
        </w:rPr>
        <w:t xml:space="preserve"> </w:t>
      </w:r>
    </w:p>
    <w:p/>
    <w:p>
      <w:r>
        <w:t xml:space="preserve">We’re excited to welcome </w:t>
      </w:r>
      <w:r>
        <w:rPr>
          <w:b/>
        </w:rPr>
        <w:t>4 new customers to Orchid eComm!</w:t>
      </w:r>
      <w:r>
        <w:t xml:space="preserve"> We appreciate the trust and partnership of these customers as they begin their journey with Orchid eComm. </w:t>
      </w:r>
    </w:p>
    <w:p/>
    <w:p>
      <w:r>
        <w:t xml:space="preserve"> </w:t>
      </w:r>
    </w:p>
    <w:p/>
    <w:p>
      <w:r>
        <w:t>Orchid POS</w:t>
      </w:r>
    </w:p>
    <w:p/>
    <w:p/>
    <w:p>
      <w:r>
        <w:rPr>
          <w:b/>
        </w:rPr>
        <w:t>Contact List Exporting</w:t>
      </w:r>
    </w:p>
    <w:p/>
    <w:p/>
    <w:p>
      <w:r>
        <w:t>Stores can now export individual Contact Lists directly from the Contact Management area. With this update, users can select a saved Contact List and export only the contacts included in that list.</w:t>
      </w:r>
    </w:p>
    <w:p/>
    <w:p>
      <w:r>
        <w:t xml:space="preserve"> </w:t>
      </w:r>
    </w:p>
    <w:p/>
    <w:p>
      <w:r>
        <w:rPr>
          <w:b/>
        </w:rPr>
        <w:t>Email Template Controls</w:t>
      </w:r>
    </w:p>
    <w:p/>
    <w:p/>
    <w:p>
      <w:r>
        <w:t xml:space="preserve">Stores have more control over automated customer communications with the ability to enable or disable specific email templates. This allows businesses to choose which notifications are sent to customers, such as completed consignment or inbound transfer emails. Disabling a template will prevent the customer email from being sent while allowing the related workflow and system tracking to continue as normal. </w:t>
      </w:r>
    </w:p>
    <w:p/>
    <w:p>
      <w:r>
        <w:t xml:space="preserve"> </w:t>
      </w:r>
    </w:p>
    <w:p/>
    <w:p>
      <w:r>
        <w:rPr>
          <w:b/>
        </w:rPr>
        <w:t>GunBroker Order Sync Improvements</w:t>
      </w:r>
    </w:p>
    <w:p/>
    <w:p/>
    <w:p>
      <w:r>
        <w:t>We resolved an issue where GunBroker sales failed to automatically generate a corresponding order or invoice in Orchid when the buyer's name contained an apostrophe (e.g., O'Neill). The apostrophe caused the incoming transaction to fail silently, leaving no record in Orchid. This fix ensures GunBroker orders sync correctly regardless of special characters in the buyer's name.</w:t>
      </w:r>
    </w:p>
    <w:p/>
    <w:p>
      <w:r>
        <w:t xml:space="preserve"> </w:t>
      </w:r>
    </w:p>
    <w:p/>
    <w:p>
      <w:r>
        <w:rPr>
          <w:b/>
        </w:rPr>
        <w:t>QuickBooks Export Journal Entry Improvements</w:t>
      </w:r>
    </w:p>
    <w:p/>
    <w:p/>
    <w:p>
      <w:r>
        <w:t>QuickBooks exports now properly handle bank deposits on days with no sales activity. Previously, bank deposit entries were only created when sales transactions existed for that day, which could result in unbalanced journal entries.</w:t>
      </w:r>
    </w:p>
    <w:p/>
    <w:p/>
    <w:p>
      <w:r>
        <w:t>With this improvement, bank deposits are now recorded correctly regardless of daily sales activity, ensuring exported journal entries accurately reflect cash movement and remain balanced.</w:t>
      </w:r>
    </w:p>
    <w:p/>
    <w:p>
      <w:r>
        <w:t xml:space="preserve"> </w:t>
      </w:r>
    </w:p>
    <w:p/>
    <w:p>
      <w:r>
        <w:rPr>
          <w:b/>
        </w:rPr>
        <w:t>Membership Billing Fixes</w:t>
      </w:r>
    </w:p>
    <w:p/>
    <w:p/>
    <w:p>
      <w:r>
        <w:t>We resolved an issue where some memberships were incorrectly showing as active after their expiration dates had passed. In these cases, recurring billing was not being triggered, preventing customers from being charged for their membership renewals.</w:t>
      </w:r>
    </w:p>
    <w:p/>
    <w:p/>
    <w:p>
      <w:r>
        <w:t>Expired memberships affected by this issue have been updated to ensure billing resumes correctly, with new expiration dates calculated based on the updated billing date moving forward. This ensures memberships remain accurately tracked and recurring payments process as expected.</w:t>
      </w:r>
    </w:p>
    <w:p/>
    <w:p>
      <w:r>
        <w:t xml:space="preserve"> </w:t>
      </w:r>
    </w:p>
    <w:p/>
    <w:p>
      <w:r>
        <w:rPr>
          <w:b/>
        </w:rPr>
        <w:t>Coming Soon</w:t>
      </w:r>
    </w:p>
    <w:p/>
    <w:p/>
    <w:p>
      <w:r>
        <w:rPr>
          <w:b/>
        </w:rPr>
        <w:t>Percentage-Based Register Fees</w:t>
      </w:r>
    </w:p>
    <w:p/>
    <w:p/>
    <w:p>
      <w:r>
        <w:t>Stores will soon have the ability to add configurable percentage-based fees directly from the register during a sale. Cashiers will be able to apply a fee based on the current transaction subtotal, with the fee appearing as a separate line item on the transaction.</w:t>
      </w:r>
    </w:p>
    <w:p/>
    <w:p>
      <w:r>
        <w:t xml:space="preserve"> </w:t>
      </w:r>
    </w:p>
    <w:p/>
    <w:p>
      <w:r>
        <w:rPr>
          <w:b/>
        </w:rPr>
        <w:t>Create New Taxonomy During Catalog Upload</w:t>
      </w:r>
    </w:p>
    <w:p/>
    <w:p/>
    <w:p>
      <w:r>
        <w:t>Catalog uploads will soon support creating new taxonomy values directly during the upload process. This will allow stores to add missing categories and classifications without needing to manually create them ahead of time, making large catalog updates faster and easier to manage.</w:t>
      </w:r>
    </w:p>
    <w:p/>
    <w:p>
      <w:r>
        <w:t xml:space="preserve"> </w:t>
      </w:r>
    </w:p>
    <w:p/>
    <w:p>
      <w:r>
        <w:rPr>
          <w:b/>
        </w:rPr>
        <w:t>Vendor Purchase Order Notifications</w:t>
      </w:r>
    </w:p>
    <w:p/>
    <w:p/>
    <w:p>
      <w:r>
        <w:t>Purchase Order management will soon provide improved visibility into vendor transmission issues. Failed vendor order transmissions will be identified directly from the PO search screen, allowing users to quickly locate affected orders without opening each individual purchase order. Users will also have improved filtering to help resolve failed transmissions more efficiently.</w:t>
      </w:r>
    </w:p>
    <w:p/>
    <w:p>
      <w:r>
        <w:t xml:space="preserve"> </w:t>
      </w:r>
    </w:p>
    <w:p/>
    <w:p>
      <w:r>
        <w:t xml:space="preserve">We’re excited to welcome </w:t>
      </w:r>
      <w:r>
        <w:rPr>
          <w:b/>
        </w:rPr>
        <w:t>5 new customers to Orchid POS!</w:t>
      </w:r>
      <w:r>
        <w:t xml:space="preserve"> Thank you for choosing Orchid as your POS partner.</w:t>
      </w:r>
    </w:p>
    <w:p/>
    <w:p>
      <w:r>
        <w:t xml:space="preserve"> </w:t>
      </w:r>
    </w:p>
    <w:p/>
    <w:p>
      <w:r>
        <w:t>Orchid eSerial, Armor Piercing Book, FEL Book</w:t>
      </w:r>
    </w:p>
    <w:p/>
    <w:p/>
    <w:p>
      <w:r>
        <w:t>No updates this release</w:t>
      </w:r>
    </w:p>
    <w:p/>
    <w:p>
      <w:r>
        <w:t xml:space="preserve"> </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Q3S13.26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