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July 23, 2026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  <w:r>
              <w:t>Orchid POS and Orchid eCommerce - Vendor Catalog Updates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Bill Hicks</w:t>
            </w:r>
          </w:p>
        </w:tc>
      </w:tr>
      <w:tr>
        <w:tc>
          <w:tcPr>
            <w:tcW w:type="dxa" w:w="8640"/>
          </w:tcPr>
          <w:p>
            <w:r/>
            <w:r>
              <w:t>New UPCs: 68</w:t>
            </w:r>
          </w:p>
        </w:tc>
      </w:tr>
      <w:tr>
        <w:tc>
          <w:tcPr>
            <w:tcW w:type="dxa" w:w="8640"/>
          </w:tcPr>
          <w:p>
            <w:r/>
            <w:r>
              <w:t>Archived (NLAs): 2289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0</w:t>
            </w:r>
          </w:p>
        </w:tc>
      </w:tr>
      <w:tr>
        <w:tc>
          <w:tcPr>
            <w:tcW w:type="dxa" w:w="8640"/>
          </w:tcPr>
          <w:p>
            <w:r/>
            <w:r>
              <w:t>Taxonomy Updates: 2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Camfour</w:t>
            </w:r>
          </w:p>
        </w:tc>
      </w:tr>
      <w:tr>
        <w:tc>
          <w:tcPr>
            <w:tcW w:type="dxa" w:w="8640"/>
          </w:tcPr>
          <w:p>
            <w:r/>
            <w:r>
              <w:t>New UPCs: 6</w:t>
            </w:r>
          </w:p>
        </w:tc>
      </w:tr>
      <w:tr>
        <w:tc>
          <w:tcPr>
            <w:tcW w:type="dxa" w:w="8640"/>
          </w:tcPr>
          <w:p>
            <w:r/>
            <w:r>
              <w:t>Archived (NLAs): 1538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7</w:t>
            </w:r>
          </w:p>
        </w:tc>
      </w:tr>
      <w:tr>
        <w:tc>
          <w:tcPr>
            <w:tcW w:type="dxa" w:w="8640"/>
          </w:tcPr>
          <w:p>
            <w:r/>
            <w:r>
              <w:t>Taxonomy Updates: 2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Chattanooga Shooting Supply</w:t>
            </w:r>
          </w:p>
        </w:tc>
      </w:tr>
      <w:tr>
        <w:tc>
          <w:tcPr>
            <w:tcW w:type="dxa" w:w="8640"/>
          </w:tcPr>
          <w:p>
            <w:r/>
            <w:r>
              <w:t>New UPCs: 1071</w:t>
            </w:r>
          </w:p>
        </w:tc>
      </w:tr>
      <w:tr>
        <w:tc>
          <w:tcPr>
            <w:tcW w:type="dxa" w:w="8640"/>
          </w:tcPr>
          <w:p>
            <w:r/>
            <w:r>
              <w:t>Archived (NLAs): 477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149</w:t>
            </w:r>
          </w:p>
        </w:tc>
      </w:tr>
      <w:tr>
        <w:tc>
          <w:tcPr>
            <w:tcW w:type="dxa" w:w="8640"/>
          </w:tcPr>
          <w:p>
            <w:r/>
            <w:r>
              <w:t>Taxonomy Updates: 1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Crow Shooting Supply</w:t>
            </w:r>
          </w:p>
        </w:tc>
      </w:tr>
      <w:tr>
        <w:tc>
          <w:tcPr>
            <w:tcW w:type="dxa" w:w="8640"/>
          </w:tcPr>
          <w:p>
            <w:r/>
            <w:r>
              <w:t>New UPCs: 220</w:t>
            </w:r>
          </w:p>
        </w:tc>
      </w:tr>
      <w:tr>
        <w:tc>
          <w:tcPr>
            <w:tcW w:type="dxa" w:w="8640"/>
          </w:tcPr>
          <w:p>
            <w:r/>
            <w:r>
              <w:t>Archived (NLAs): 4428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0</w:t>
            </w:r>
          </w:p>
        </w:tc>
      </w:tr>
      <w:tr>
        <w:tc>
          <w:tcPr>
            <w:tcW w:type="dxa" w:w="8640"/>
          </w:tcPr>
          <w:p>
            <w:r/>
            <w:r>
              <w:t>Taxonomy Updates: 0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Davidson's</w:t>
            </w:r>
          </w:p>
        </w:tc>
      </w:tr>
      <w:tr>
        <w:tc>
          <w:tcPr>
            <w:tcW w:type="dxa" w:w="8640"/>
          </w:tcPr>
          <w:p>
            <w:r/>
            <w:r>
              <w:t>New UPCs: 28</w:t>
            </w:r>
          </w:p>
        </w:tc>
      </w:tr>
      <w:tr>
        <w:tc>
          <w:tcPr>
            <w:tcW w:type="dxa" w:w="8640"/>
          </w:tcPr>
          <w:p>
            <w:r/>
            <w:r>
              <w:t>Archived (NLAs): 1474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21</w:t>
            </w:r>
          </w:p>
        </w:tc>
      </w:tr>
      <w:tr>
        <w:tc>
          <w:tcPr>
            <w:tcW w:type="dxa" w:w="8640"/>
          </w:tcPr>
          <w:p>
            <w:r/>
            <w:r>
              <w:t>Taxonomy Updates: 1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Hicks</w:t>
            </w:r>
          </w:p>
        </w:tc>
      </w:tr>
      <w:tr>
        <w:tc>
          <w:tcPr>
            <w:tcW w:type="dxa" w:w="8640"/>
          </w:tcPr>
          <w:p>
            <w:r/>
            <w:r>
              <w:t>New UPCs: 181</w:t>
            </w:r>
          </w:p>
        </w:tc>
      </w:tr>
      <w:tr>
        <w:tc>
          <w:tcPr>
            <w:tcW w:type="dxa" w:w="8640"/>
          </w:tcPr>
          <w:p>
            <w:r/>
            <w:r>
              <w:t>Archived (NLAs): 231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46</w:t>
            </w:r>
          </w:p>
        </w:tc>
      </w:tr>
      <w:tr>
        <w:tc>
          <w:tcPr>
            <w:tcW w:type="dxa" w:w="8640"/>
          </w:tcPr>
          <w:p>
            <w:r/>
            <w:r>
              <w:t>Taxonomy Updates: 0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Lipseys</w:t>
            </w:r>
          </w:p>
        </w:tc>
      </w:tr>
      <w:tr>
        <w:tc>
          <w:tcPr>
            <w:tcW w:type="dxa" w:w="8640"/>
          </w:tcPr>
          <w:p>
            <w:r/>
            <w:r>
              <w:t>New UPCs: 20</w:t>
            </w:r>
          </w:p>
        </w:tc>
      </w:tr>
      <w:tr>
        <w:tc>
          <w:tcPr>
            <w:tcW w:type="dxa" w:w="8640"/>
          </w:tcPr>
          <w:p>
            <w:r/>
            <w:r>
              <w:t>Archived (NLAs): 1975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476</w:t>
            </w:r>
          </w:p>
        </w:tc>
      </w:tr>
      <w:tr>
        <w:tc>
          <w:tcPr>
            <w:tcW w:type="dxa" w:w="8640"/>
          </w:tcPr>
          <w:p>
            <w:r/>
            <w:r>
              <w:t>Taxonomy Updates: 2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RSR Group</w:t>
            </w:r>
          </w:p>
        </w:tc>
      </w:tr>
      <w:tr>
        <w:tc>
          <w:tcPr>
            <w:tcW w:type="dxa" w:w="8640"/>
          </w:tcPr>
          <w:p>
            <w:r/>
            <w:r>
              <w:t>New UPCs: 66</w:t>
            </w:r>
          </w:p>
        </w:tc>
      </w:tr>
      <w:tr>
        <w:tc>
          <w:tcPr>
            <w:tcW w:type="dxa" w:w="8640"/>
          </w:tcPr>
          <w:p>
            <w:r/>
            <w:r>
              <w:t>Archived (NLAs): 2640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57</w:t>
            </w:r>
          </w:p>
        </w:tc>
      </w:tr>
      <w:tr>
        <w:tc>
          <w:tcPr>
            <w:tcW w:type="dxa" w:w="8640"/>
          </w:tcPr>
          <w:p>
            <w:r/>
            <w:r>
              <w:t>Taxonomy Updates: 2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Sports South</w:t>
            </w:r>
          </w:p>
        </w:tc>
      </w:tr>
      <w:tr>
        <w:tc>
          <w:tcPr>
            <w:tcW w:type="dxa" w:w="8640"/>
          </w:tcPr>
          <w:p>
            <w:r/>
            <w:r>
              <w:t>New UPCs: 162</w:t>
            </w:r>
          </w:p>
        </w:tc>
      </w:tr>
      <w:tr>
        <w:tc>
          <w:tcPr>
            <w:tcW w:type="dxa" w:w="8640"/>
          </w:tcPr>
          <w:p>
            <w:r/>
            <w:r>
              <w:t>Archived (NLAs): 4256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139</w:t>
            </w:r>
          </w:p>
        </w:tc>
      </w:tr>
      <w:tr>
        <w:tc>
          <w:tcPr>
            <w:tcW w:type="dxa" w:w="8640"/>
          </w:tcPr>
          <w:p>
            <w:r/>
            <w:r>
              <w:t>Taxonomy Updates: 2</w:t>
            </w:r>
          </w:p>
        </w:tc>
      </w:tr>
      <w:tr>
        <w:tc>
          <w:tcPr>
            <w:tcW w:type="dxa" w:w="8640"/>
          </w:tcPr>
          <w:p>
            <w:r/>
          </w:p>
        </w:tc>
      </w:tr>
      <w:tr>
        <w:tc>
          <w:tcPr>
            <w:tcW w:type="dxa" w:w="8640"/>
          </w:tcPr>
          <w:p>
            <w:r/>
            <w:r>
              <w:t>Zanders</w:t>
            </w:r>
          </w:p>
        </w:tc>
      </w:tr>
      <w:tr>
        <w:tc>
          <w:tcPr>
            <w:tcW w:type="dxa" w:w="8640"/>
          </w:tcPr>
          <w:p>
            <w:r/>
            <w:r>
              <w:t>New UPCs: 268</w:t>
            </w:r>
          </w:p>
        </w:tc>
      </w:tr>
      <w:tr>
        <w:tc>
          <w:tcPr>
            <w:tcW w:type="dxa" w:w="8640"/>
          </w:tcPr>
          <w:p>
            <w:r/>
            <w:r>
              <w:t>Archived (NLAs): 2187 UPCs</w:t>
            </w:r>
          </w:p>
        </w:tc>
      </w:tr>
      <w:tr>
        <w:tc>
          <w:tcPr>
            <w:tcW w:type="dxa" w:w="8640"/>
          </w:tcPr>
          <w:p>
            <w:r/>
            <w:r>
              <w:t>New/Updated Images: 270</w:t>
            </w:r>
          </w:p>
        </w:tc>
      </w:tr>
      <w:tr>
        <w:tc>
          <w:tcPr>
            <w:tcW w:type="dxa" w:w="8640"/>
          </w:tcPr>
          <w:p>
            <w:r/>
            <w:r>
              <w:t>Taxonomy Updates: 3</w:t>
            </w:r>
          </w:p>
        </w:tc>
      </w:tr>
      <w:tr>
        <w:tc>
          <w:tcPr>
            <w:tcW w:type="dxa" w:w="8640"/>
          </w:tcPr>
          <w:p>
            <w:r/>
          </w:p>
        </w:tc>
      </w:tr>
    </w:tbl>
    <w:p>
      <w:r>
        <w:br/>
      </w:r>
    </w:p>
    <w:p/>
    <w:p>
      <w:r>
        <w:rPr>
          <w:b/>
          <w:sz w:val="26"/>
        </w:rPr>
        <w:t>Previous Release Notes</w:t>
      </w:r>
    </w:p>
    <w:p>
      <w:r>
        <w:t>Vendor Catalog Updates</w:t>
      </w:r>
    </w:p>
    <w:p>
      <w:r>
        <w:t>Orchid eBoundTM and Related Apps</w:t>
      </w:r>
      <w:r>
        <w:br/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July 23, 2026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