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How to Resolve OrchidPay Problems</w:t>
      </w:r>
    </w:p>
    <w:p>
      <w:r>
        <w:t xml:space="preserve">Reference guide for troubleshooting common OrchidPay issues. For assistance, contact First American Payment Systems at </w:t>
      </w:r>
      <w:r>
        <w:rPr>
          <w:b/>
        </w:rPr>
        <w:t>1-844-898-0341</w:t>
      </w:r>
      <w:r>
        <w:t xml:space="preserve"> or Orchid Pay Email: paymentsupport@joinorchid.com.</w:t>
      </w:r>
    </w:p>
    <w:p>
      <w:r>
        <w:rPr>
          <w:b/>
          <w:sz w:val="28"/>
        </w:rPr>
        <w:t>Steps</w:t>
      </w:r>
    </w:p>
    <w:p>
      <w:pPr>
        <w:pStyle w:val="ListBullet"/>
      </w:pPr>
      <w:r>
        <w:rPr>
          <w:b/>
        </w:rPr>
        <w:t>Sales hitting customer bank accounts but not showing in POS or in Deposits</w:t>
      </w:r>
      <w:r>
        <w:t xml:space="preserve"> – research in FirstView. Call FirstView support (1-844-898-0341) if additional research is needed. Dev research may be required.</w:t>
      </w:r>
    </w:p>
    <w:p>
      <w:pPr>
        <w:pStyle w:val="ListBullet"/>
      </w:pPr>
      <w:r>
        <w:rPr>
          <w:b/>
        </w:rPr>
        <w:t>PCI</w:t>
      </w:r>
      <w:r>
        <w:t xml:space="preserve"> – Orchid Pay Support for assistance.</w:t>
      </w:r>
    </w:p>
    <w:p>
      <w:pPr>
        <w:pStyle w:val="ListBullet"/>
      </w:pPr>
      <w:r>
        <w:rPr>
          <w:b/>
        </w:rPr>
        <w:t>Gunbroker integration</w:t>
      </w:r>
      <w:r>
        <w:t xml:space="preserve"> – Auth.net setup, Orchid Pay Support for assistance.</w:t>
      </w:r>
    </w:p>
    <w:p>
      <w:pPr>
        <w:pStyle w:val="ListBullet"/>
      </w:pPr>
      <w:r>
        <w:rPr>
          <w:b/>
        </w:rPr>
        <w:t>Missing deposit</w:t>
      </w:r>
      <w:r>
        <w:t xml:space="preserve"> – Contact FAPS (1-844-898-0341) or Orchid Pay Support for assistance.</w:t>
      </w:r>
    </w:p>
    <w:p>
      <w:pPr>
        <w:pStyle w:val="ListBullet"/>
      </w:pPr>
      <w:r>
        <w:rPr>
          <w:b/>
        </w:rPr>
        <w:t>Billing/fee questions</w:t>
      </w:r>
      <w:r>
        <w:t xml:space="preserve"> – Orchid Pay Support for assistance.</w:t>
      </w:r>
    </w:p>
    <w:p>
      <w:pPr>
        <w:pStyle w:val="ListBullet"/>
      </w:pPr>
      <w:r>
        <w:rPr>
          <w:b/>
        </w:rPr>
        <w:t>Bank account update</w:t>
      </w:r>
      <w:r>
        <w:t xml:space="preserve"> – Contact Orchid Pay Support for assistance.</w:t>
      </w:r>
    </w:p>
    <w:p>
      <w:pPr>
        <w:pStyle w:val="ListBullet"/>
      </w:pPr>
      <w:r>
        <w:rPr>
          <w:b/>
        </w:rPr>
        <w:t>Setup with reporting</w:t>
      </w:r>
      <w:r>
        <w:t xml:space="preserve"> (Where to access merchant statements, chargebacks, deposits, etc…) – First View setup – Email is sent following account approval. Can also access </w:t>
      </w:r>
      <w:r>
        <w:t>https://www.firstview.net/User/Login</w:t>
      </w:r>
      <w:r>
        <w:t xml:space="preserve"> From there, do the new account verification with the merchant number, FULL Tax ID or Last 4 of SSN, and mailing zip. The merchant number is 628143000XXXXXX. Can also contact FAPS support at 1-844-898-0341 or Orchid Pay Support.</w:t>
      </w:r>
    </w:p>
    <w:p>
      <w:pPr>
        <w:pStyle w:val="ListBullet"/>
      </w:pPr>
      <w:r>
        <w:rPr>
          <w:b/>
        </w:rPr>
        <w:t>How to adjust fraud control settings</w:t>
      </w:r>
      <w:r>
        <w:t xml:space="preserve"> – Auth.net – Auth.net Fraud detection Team, Call 1-888-437-0481. 1st Pay – First Pay support 1-888-417-8729.</w:t>
      </w:r>
    </w:p>
    <w:p>
      <w:pPr>
        <w:pStyle w:val="ListBullet"/>
      </w:pPr>
      <w:r>
        <w:rPr>
          <w:b/>
        </w:rPr>
        <w:t>Card reader not connecting</w:t>
      </w:r>
      <w:r>
        <w:t xml:space="preserve"> - Orchid Pay support for assistance or call tech support 1-844-898-0341.</w:t>
      </w:r>
    </w:p>
    <w:p>
      <w:pPr>
        <w:pStyle w:val="ListBullet"/>
      </w:pPr>
      <w:r>
        <w:rPr>
          <w:b/>
        </w:rPr>
        <w:t>Equipment update</w:t>
      </w:r>
      <w:r>
        <w:t xml:space="preserve"> (auto settle time, receipt printing etc) Orchid Pay support for assistance or call tech support 1-844-898-0341.</w:t>
      </w:r>
    </w:p>
    <w:p>
      <w:r>
        <w:t>💡 Tip</w:t>
      </w:r>
    </w:p>
    <w:p>
      <w:r>
        <w:t>For FirstView reporting access, an email is sent following account approval. You can also log in directly and complete the new account verification using the merchant number, FULL Tax ID or Last 4 of SSN, and mailing zip.</w:t>
      </w:r>
    </w:p>
    <w:p>
      <w:r>
        <w:t>⚠️ Compliance</w:t>
      </w:r>
    </w:p>
    <w:p>
      <w:r>
        <w:t>For PCI-related issues, contact Orchid Pay Support for assistance to ensure proper handling of payment card data.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Orchid Pay Troubleshooting and FAQ</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