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Q3S15.26 Release Notes – All Products</w:t>
      </w:r>
    </w:p>
    <w:p>
      <w:pPr>
        <w:jc w:val="center"/>
      </w:pPr>
      <w:r>
        <w:rPr>
          <w:b/>
        </w:rPr>
        <w:t>Available August 11, 2026</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p/>
    <w:p/>
    <w:p>
      <w:r>
        <w:t>Orchid eState  (UPC/API compliance for firearms, ammo, and parts)</w:t>
      </w:r>
    </w:p>
    <w:p/>
    <w:p/>
    <w:p>
      <w:r>
        <w:t>No updates this release</w:t>
      </w:r>
    </w:p>
    <w:p/>
    <w:p>
      <w:r>
        <w:t xml:space="preserve"> </w:t>
      </w:r>
    </w:p>
    <w:p/>
    <w:p>
      <w:r>
        <w:t>Orchid eFFL eCommerce Locator API</w:t>
      </w:r>
    </w:p>
    <w:p/>
    <w:p/>
    <w:p>
      <w:r>
        <w:t>No updates this release</w:t>
      </w:r>
    </w:p>
    <w:p/>
    <w:p>
      <w:r>
        <w:t xml:space="preserve"> </w:t>
      </w:r>
    </w:p>
    <w:p/>
    <w:p>
      <w:r>
        <w:t>Orchid eBound</w:t>
      </w:r>
    </w:p>
    <w:p/>
    <w:p/>
    <w:p>
      <w:r>
        <w:t>No updates this release</w:t>
      </w:r>
    </w:p>
    <w:p/>
    <w:p>
      <w:r>
        <w:t xml:space="preserve"> </w:t>
      </w:r>
    </w:p>
    <w:p/>
    <w:p/>
    <w:p>
      <w:r>
        <w:t>Orchid eCommerce</w:t>
      </w:r>
    </w:p>
    <w:p/>
    <w:p/>
    <w:p>
      <w:r>
        <w:rPr>
          <w:b/>
        </w:rPr>
        <w:t>Overnight Shipping Clearly Flagged on Invoices</w:t>
      </w:r>
    </w:p>
    <w:p/>
    <w:p/>
    <w:p>
      <w:r>
        <w:t xml:space="preserve">Invoices now clearly indicate when a customer has selected an overnight or next-day shipping method. The </w:t>
      </w:r>
      <w:r>
        <w:rPr>
          <w:b/>
        </w:rPr>
        <w:t>“Overnight Shipping Selected”</w:t>
      </w:r>
      <w:r>
        <w:t xml:space="preserve"> indicator appears on both the invoice screen and printed invoices. A new toggle on the Manage Invoice screen also lets you quickly filter for overnight shipments, making expedited orders easy to identify and prioritize.</w:t>
      </w:r>
    </w:p>
    <w:p/>
    <w:p>
      <w:r>
        <w:t xml:space="preserve"> </w:t>
      </w:r>
    </w:p>
    <w:p/>
    <w:p>
      <w:r>
        <w:rPr>
          <w:b/>
        </w:rPr>
        <w:t>New Storefront-Only Access Level</w:t>
      </w:r>
      <w:r>
        <w:br/>
      </w:r>
    </w:p>
    <w:p>
      <w:r>
        <w:t>A dedicated storefront-only permission level is now available. You can now provide website specialists and outside web contractors access to the tools they need for your online store while keeping unrelated POS areas restricted.</w:t>
      </w:r>
    </w:p>
    <w:p/>
    <w:p>
      <w:r>
        <w:t xml:space="preserve"> </w:t>
      </w:r>
    </w:p>
    <w:p/>
    <w:p>
      <w:r>
        <w:rPr>
          <w:b/>
        </w:rPr>
        <w:t>Online Packages with Variants</w:t>
      </w:r>
      <w:r>
        <w:br/>
      </w:r>
    </w:p>
    <w:p>
      <w:r>
        <w:t>Package options can now appear directly on the product page as selectable options. Selecting an option updates the applicable price and product image right on the page, providing a more seamless experience than the previous pop-up selection.</w:t>
      </w:r>
    </w:p>
    <w:p/>
    <w:p>
      <w:r>
        <w:t xml:space="preserve"> </w:t>
      </w:r>
    </w:p>
    <w:p/>
    <w:p>
      <w:r>
        <w:rPr>
          <w:b/>
        </w:rPr>
        <w:t>Guns.com Price Updates</w:t>
      </w:r>
    </w:p>
    <w:p/>
    <w:p/>
    <w:p>
      <w:r>
        <w:t>Price changes made through the Update Wizard sync correctly to the corresponding live Guns.com listing.</w:t>
      </w:r>
    </w:p>
    <w:p/>
    <w:p>
      <w:r>
        <w:t xml:space="preserve"> </w:t>
      </w:r>
    </w:p>
    <w:p/>
    <w:p>
      <w:r>
        <w:t xml:space="preserve">We’re excited to welcome </w:t>
      </w:r>
      <w:r>
        <w:rPr>
          <w:b/>
        </w:rPr>
        <w:t>11 new customers to Orchid eComm!</w:t>
      </w:r>
      <w:r>
        <w:t xml:space="preserve"> We appreciate the trust and partnership of these customers as they begin their journey with Orchid eComm. </w:t>
      </w:r>
    </w:p>
    <w:p/>
    <w:p>
      <w:r>
        <w:t xml:space="preserve"> </w:t>
      </w:r>
    </w:p>
    <w:p>
      <w:r>
        <w:t xml:space="preserve"> </w:t>
      </w:r>
    </w:p>
    <w:p/>
    <w:p>
      <w:r>
        <w:t>Orchid POS</w:t>
      </w:r>
    </w:p>
    <w:p/>
    <w:p/>
    <w:p>
      <w:r>
        <w:rPr>
          <w:b/>
        </w:rPr>
        <w:t>Clickable Products in the Invoice</w:t>
      </w:r>
      <w:r>
        <w:br/>
      </w:r>
    </w:p>
    <w:p>
      <w:r>
        <w:t>Products listed in an invoice now include hyperlinks. Select any line item to go directly to that product’s detail page, making it easier to review or manage products without searching through inventory.</w:t>
      </w:r>
    </w:p>
    <w:p/>
    <w:p>
      <w:r>
        <w:t xml:space="preserve"> </w:t>
      </w:r>
    </w:p>
    <w:p/>
    <w:p>
      <w:r>
        <w:rPr>
          <w:b/>
        </w:rPr>
        <w:t>Search Customers by Home or Cell Phone</w:t>
      </w:r>
      <w:r>
        <w:br/>
      </w:r>
    </w:p>
    <w:p>
      <w:r>
        <w:t>Customer searches now recognize both home and cell phone numbers, including during Trade and Consign intake. Name searches are also more flexible when entering a space between a customer’s first and last name, making customer lookup faster and easier.</w:t>
      </w:r>
    </w:p>
    <w:p/>
    <w:p>
      <w:r>
        <w:t xml:space="preserve"> </w:t>
      </w:r>
    </w:p>
    <w:p/>
    <w:p>
      <w:r>
        <w:rPr>
          <w:b/>
        </w:rPr>
        <w:t>Fulfillment Method Displayed on Invoices</w:t>
      </w:r>
      <w:r>
        <w:br/>
      </w:r>
    </w:p>
    <w:p>
      <w:r>
        <w:t xml:space="preserve">Invoices now clearly show whether an order is designated for </w:t>
      </w:r>
      <w:r>
        <w:rPr>
          <w:b/>
        </w:rPr>
        <w:t>Shipping</w:t>
      </w:r>
      <w:r>
        <w:t xml:space="preserve"> or </w:t>
      </w:r>
      <w:r>
        <w:rPr>
          <w:b/>
        </w:rPr>
        <w:t>In-Store Pickup</w:t>
      </w:r>
      <w:r>
        <w:t>, making the next step in the fulfillment process easy to identify.</w:t>
      </w:r>
    </w:p>
    <w:p/>
    <w:p>
      <w:r>
        <w:t xml:space="preserve"> </w:t>
      </w:r>
    </w:p>
    <w:p/>
    <w:p>
      <w:r>
        <w:rPr>
          <w:b/>
        </w:rPr>
        <w:t>Receive External Order Cost Updates</w:t>
      </w:r>
      <w:r>
        <w:br/>
      </w:r>
    </w:p>
    <w:p>
      <w:r>
        <w:t>The Receive External Order workflow now provides clearer vendor and cost prompts, along with the ability to set a default vendor for a smoother receiving process.</w:t>
      </w:r>
    </w:p>
    <w:p/>
    <w:p>
      <w:r>
        <w:t xml:space="preserve"> </w:t>
      </w:r>
    </w:p>
    <w:p/>
    <w:p>
      <w:r>
        <w:t>Bugs Fixed</w:t>
      </w:r>
      <w:r>
        <w:br/>
      </w:r>
    </w:p>
    <w:p>
      <w:r>
        <w:br/>
      </w:r>
    </w:p>
    <w:p>
      <w:r>
        <w:t xml:space="preserve">Numeric Column Sorting Corrected in Inventory Management </w:t>
      </w:r>
    </w:p>
    <w:p/>
    <w:p/>
    <w:p>
      <w:r>
        <w:t>Resolved an issue where numeric columns in the Inventory Management search results grid—including Average Cost and Catalog Cost—were sorting as text instead of numeric values. Columns now sort correctly in ascending and descending order.</w:t>
      </w:r>
      <w:r>
        <w:br/>
      </w:r>
    </w:p>
    <w:p>
      <w:r>
        <w:br/>
      </w:r>
    </w:p>
    <w:p/>
    <w:p/>
    <w:p>
      <w:r>
        <w:rPr>
          <w:b/>
        </w:rPr>
        <w:t>Coming Soon</w:t>
      </w:r>
    </w:p>
    <w:p/>
    <w:p/>
    <w:p>
      <w:r>
        <w:rPr>
          <w:b/>
        </w:rPr>
        <w:t>Guns.com Used-Firearm Integration</w:t>
      </w:r>
      <w:r>
        <w:rPr>
          <w:b/>
          <w:i/>
        </w:rPr>
        <w:t xml:space="preserve"> — Beta</w:t>
      </w:r>
      <w:r>
        <w:br/>
      </w:r>
      <w:r>
        <w:t>Support is now available for listing used firearms on Guns.com. The new GDC Listings tab provides tools to add, edit, remove, and filter New and Used listings. A serial status also helps reserve inventory designated for these listings.</w:t>
      </w:r>
    </w:p>
    <w:p/>
    <w:p/>
    <w:p>
      <w:r>
        <w:t>This feature is currently available to participating beta users. Please contact support if you are interested.</w:t>
      </w:r>
    </w:p>
    <w:p/>
    <w:p/>
    <w:p>
      <w:r>
        <w:br/>
      </w:r>
    </w:p>
    <w:p>
      <w:r>
        <w:t xml:space="preserve">Percentage-Based Fee at Checkout </w:t>
      </w:r>
    </w:p>
    <w:p/>
    <w:p/>
    <w:p>
      <w:r>
        <w:t>A new option will let cashiers apply a percentage-based fee to the current sale, added as its own line item and editable before checkout. It will post separately from product revenue in accounting and appear across receipts, reports, and transaction history.</w:t>
      </w:r>
    </w:p>
    <w:p/>
    <w:p>
      <w:r>
        <w:t xml:space="preserve"> </w:t>
      </w:r>
    </w:p>
    <w:p/>
    <w:p>
      <w:r>
        <w:t>We’re excited to welcome 10</w:t>
      </w:r>
      <w:r>
        <w:rPr>
          <w:b/>
        </w:rPr>
        <w:t xml:space="preserve"> new customers to Orchid POS!</w:t>
      </w:r>
      <w:r>
        <w:t xml:space="preserve"> Thank you for choosing Orchid as your POS partner.</w:t>
      </w:r>
      <w:r>
        <w:br/>
      </w:r>
    </w:p>
    <w:p>
      <w:r>
        <w:t>​</w:t>
      </w:r>
      <w:r>
        <w:br/>
      </w:r>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Q3S15.26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