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Q2S7.22 Release Notes</w:t>
      </w:r>
    </w:p>
    <w:p>
      <w:pPr>
        <w:jc w:val="center"/>
      </w:pPr>
      <w:r>
        <w:rPr>
          <w:b/>
        </w:rPr>
        <w:t>Orchid POSTM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t xml:space="preserve"> </w:t>
      </w:r>
    </w:p>
    <w:p>
      <w:r>
        <w:br/>
      </w:r>
    </w:p>
    <w:p>
      <w:r>
        <w:rPr>
          <w:b/>
        </w:rPr>
        <w:t>Overview - Release Q2S7.22</w:t>
      </w:r>
      <w:r>
        <w:br/>
      </w:r>
      <w:r>
        <w:t xml:space="preserve">Orchid POS v1.34 is considered a minor release and will have a rolling deployment over the coming weeks.  The highlights from the release are below. </w:t>
      </w:r>
    </w:p>
    <w:p>
      <w:r>
        <w:t xml:space="preserve"> </w:t>
      </w:r>
    </w:p>
    <w:p>
      <w:r>
        <w:rPr>
          <w:b/>
        </w:rPr>
        <w:t>Phone/Web Transfer Orders</w:t>
      </w:r>
    </w:p>
    <w:p>
      <w:r>
        <w:t>We have completely redesigned the online order/transfer process.  The following are the key features:</w:t>
      </w:r>
      <w:r>
        <w:br/>
      </w:r>
      <w:r>
        <w:t>1.) Retailers can now easily receive inventory in (for transfers) and block serial numbers from sale.</w:t>
      </w:r>
      <w:r>
        <w:br/>
      </w:r>
      <w:r>
        <w:t>2.) Retailers can take a phone order, receive payment and disposition in one workflow.</w:t>
      </w:r>
    </w:p>
    <w:p>
      <w:r>
        <w:t>3.) A packing slip can be printed to accompany the transfer order.</w:t>
      </w:r>
    </w:p>
    <w:p>
      <w:r>
        <w:t>4.) Online orders require the user to select an FFL from the drop-down list. If the FFL is not listed the customer will need to call the store to have it added.</w:t>
      </w:r>
    </w:p>
    <w:p>
      <w:r>
        <w:t xml:space="preserve"> </w:t>
      </w:r>
    </w:p>
    <w:p>
      <w:r>
        <w:rPr>
          <w:b/>
        </w:rPr>
        <w:t>Google Reviews</w:t>
      </w:r>
      <w:r>
        <w:br/>
      </w:r>
      <w:r>
        <w:t>We have implemented version 1.0 of our Google reviews plugin.</w:t>
      </w:r>
    </w:p>
    <w:p>
      <w:r>
        <w:t xml:space="preserve"> </w:t>
      </w:r>
    </w:p>
    <w:p>
      <w:r>
        <w:rPr>
          <w:b/>
        </w:rPr>
        <w:t>PDF 417 Scanning</w:t>
      </w:r>
      <w:r>
        <w:br/>
      </w:r>
      <w:r>
        <w:t>We have now incorporated the ability to scan a driver's license and have the data parsed into the new customer fields. This feature allows our retailers to add customer data faster.  It does require the retailer to have a 2D barcode reader that can process a PDF417 barcode.</w:t>
      </w:r>
    </w:p>
    <w:p>
      <w:r>
        <w:t xml:space="preserve"> </w:t>
      </w:r>
    </w:p>
    <w:p>
      <w:r>
        <w:rPr>
          <w:b/>
        </w:rPr>
        <w:t>Gunsmithing</w:t>
      </w:r>
    </w:p>
    <w:p>
      <w:r>
        <w:rPr>
          <w:b/>
        </w:rPr>
        <w:t>Return to Manufacturer for Credit or Replacement</w:t>
      </w:r>
    </w:p>
    <w:p>
      <w:r>
        <w:t>The POS now has the option to do a return from inside the Gunsmithing work order screen.  Once the customer clicks the “truck” icon, they will need to enter the appropriate FFL information.</w:t>
      </w:r>
    </w:p>
    <w:p>
      <w:r>
        <w:t xml:space="preserve"> </w:t>
      </w:r>
    </w:p>
    <w:p>
      <w:r>
        <w:rPr>
          <w:b/>
        </w:rPr>
        <w:t>4473 - Reminder</w:t>
      </w:r>
      <w:r>
        <w:br/>
      </w:r>
      <w:r>
        <w:t>The POS now reminds users to complete a 4473 if the person picking up the firearm is not the same person who dropped it off.</w:t>
      </w:r>
    </w:p>
    <w:p>
      <w:r>
        <w:t xml:space="preserve"> </w:t>
      </w:r>
    </w:p>
    <w:p>
      <w:r>
        <w:rPr>
          <w:b/>
        </w:rPr>
        <w:t>Bug Fixes</w:t>
      </w:r>
      <w:r>
        <w:br/>
      </w:r>
    </w:p>
    <w:p>
      <w:pPr>
        <w:pStyle w:val="ListNumber"/>
      </w:pPr>
      <w:r>
        <w:t>The inventory quick add screen now allows you to adjust the on-hand inventory amount during the material setup.</w:t>
      </w:r>
      <w:r>
        <w:br/>
      </w:r>
    </w:p>
    <w:p>
      <w:pPr>
        <w:pStyle w:val="ListNumber"/>
      </w:pPr>
      <w:r>
        <w:t>There was an issue with the system not saving a customer’s phone number and email address. This has been corrected.</w:t>
      </w:r>
      <w:r>
        <w:br/>
      </w:r>
    </w:p>
    <w:p>
      <w:pPr>
        <w:pStyle w:val="ListNumber"/>
      </w:pPr>
      <w:r>
        <w:t>There was a typo in the short barrel rifle description.  This has been fixed.</w:t>
      </w:r>
      <w:r>
        <w:br/>
      </w:r>
    </w:p>
    <w:p>
      <w:pPr>
        <w:pStyle w:val="ListNumber"/>
      </w:pPr>
      <w:r>
        <w:t>The layaway purchase screen was not displaying the text from the invoice settings page. This has been fixed.</w:t>
      </w:r>
      <w:r>
        <w:br/>
      </w:r>
    </w:p>
    <w:p>
      <w:pPr>
        <w:pStyle w:val="ListNumber"/>
      </w:pPr>
      <w:r>
        <w:t>The pop-up box was not appearing when new eCommerce orders are received.  This has been fixed.</w:t>
      </w:r>
      <w:r>
        <w:br/>
      </w:r>
    </w:p>
    <w:p>
      <w:pPr>
        <w:pStyle w:val="ListNumber"/>
      </w:pPr>
      <w:r>
        <w:t>The import tool has been redesigned and now processes records at a higher speed.</w:t>
      </w:r>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Q2S7.22 Release Notes - Orchid POS™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