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Q2S8a.22 Release Notes</w:t>
      </w:r>
    </w:p>
    <w:p>
      <w:pPr>
        <w:jc w:val="center"/>
      </w:pPr>
      <w:r>
        <w:rPr>
          <w:b/>
        </w:rPr>
        <w:t>Orchid eBoundTM</w:t>
      </w:r>
    </w:p>
    <w:p>
      <w:r>
        <w:rPr>
          <w:i/>
        </w:rPr>
        <w:t xml:space="preserve"> </w:t>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rPr>
          <w:i/>
        </w:rPr>
        <w:t xml:space="preserve"> </w:t>
      </w:r>
    </w:p>
    <w:p>
      <w:r>
        <w:t xml:space="preserve"> </w:t>
      </w:r>
    </w:p>
    <w:p>
      <w:r>
        <w:rPr>
          <w:b/>
        </w:rPr>
        <w:t>One-Click FFL Transfer Report</w:t>
      </w:r>
    </w:p>
    <w:p>
      <w:r>
        <w:t>A new report is now available on the FFL Transfer screen that mirrors the Operations Report. When a user hits the Save button a PDF of the Operations Report will automatically download with the latest transfers. This feature is available when the “Download PDF Transfer Report” toggle switch is turned on to the left of the Save button on the FFL Transfer screen.</w:t>
      </w:r>
    </w:p>
    <w:p>
      <w:r>
        <w:br/>
      </w:r>
    </w:p>
    <w:p>
      <w:r>
        <w:br/>
      </w:r>
    </w:p>
    <w:p>
      <w:r>
        <w:t>Other recent software updates and release notes can be found as follows:</w:t>
      </w:r>
    </w:p>
    <w:p>
      <w:r>
        <w:t>·</w:t>
      </w:r>
      <w:r>
        <w:t xml:space="preserve">      </w:t>
      </w:r>
      <w:r>
        <w:t>Orchid eBoundTM and Related Apps</w:t>
      </w:r>
    </w:p>
    <w:p>
      <w:r>
        <w:t>·</w:t>
      </w:r>
      <w:r>
        <w:t xml:space="preserve">      </w:t>
      </w:r>
      <w:r>
        <w:t>Orchid POSTM and Orchid eCommerceTM</w:t>
      </w:r>
    </w:p>
    <w:p>
      <w:r>
        <w:t xml:space="preserve"> </w:t>
      </w:r>
    </w:p>
    <w:p>
      <w:r>
        <w:t xml:space="preserve">For questions or additional information, please submit tickets through the Orchid Online Support Portal at </w:t>
      </w:r>
      <w:r>
        <w:t>https://orchidllc.zohodesk.com/portal/en/home</w:t>
      </w:r>
    </w:p>
    <w:p>
      <w:r>
        <w:t xml:space="preserve"> </w:t>
      </w:r>
    </w:p>
    <w:p>
      <w:r>
        <w:t xml:space="preserve"> </w:t>
      </w:r>
    </w:p>
    <w:p>
      <w:r>
        <w:br/>
      </w:r>
    </w:p>
    <w:p>
      <w:r>
        <w:br/>
      </w:r>
    </w:p>
    <w:p>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Q2S8a.22 Release Notes - Orchid eBound™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