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rPr>
        <w:t>Q2S10.22 Release Notes</w:t>
      </w:r>
    </w:p>
    <w:p>
      <w:pPr>
        <w:jc w:val="center"/>
      </w:pPr>
      <w:r>
        <w:rPr>
          <w:b/>
        </w:rPr>
        <w:t>Orchid POSTM and Orchid eCommerceTM</w:t>
      </w:r>
    </w:p>
    <w:p>
      <w:r>
        <w:rPr>
          <w:i/>
        </w:rPr>
        <w:t xml:space="preserve"> </w:t>
      </w:r>
    </w:p>
    <w:p>
      <w:pPr>
        <w:jc w:val="center"/>
      </w:pPr>
      <w:r>
        <w:rPr>
          <w:i/>
        </w:rPr>
        <w:t>This program, printed documentation and documents should not be used as a substitute for professional advice in specific situations. The procedures, images and examples in this document are for illustrative purposes only and may not be applicable in your setting due to differences in preference, settings and/or state and local regulations.</w:t>
      </w:r>
    </w:p>
    <w:p>
      <w:r>
        <w:rPr>
          <w:i/>
        </w:rPr>
        <w:t xml:space="preserve"> </w:t>
      </w:r>
    </w:p>
    <w:p>
      <w:r>
        <w:rPr>
          <w:b/>
        </w:rPr>
        <w:t xml:space="preserve"> </w:t>
      </w:r>
    </w:p>
    <w:p>
      <w:r>
        <w:rPr>
          <w:b/>
        </w:rPr>
        <w:t>Overview - Release Q2S10.22</w:t>
      </w:r>
      <w:r>
        <w:br/>
      </w:r>
      <w:r>
        <w:t>Orchid POS v1.34.10 is considered a minor release.  The features and bug fixes listed below will be deployed to production environment by Friday evening.  The highlights from the release are below.</w:t>
      </w:r>
      <w:r>
        <w:t xml:space="preserve"> </w:t>
      </w:r>
    </w:p>
    <w:p>
      <w:r>
        <w:t xml:space="preserve"> </w:t>
      </w:r>
    </w:p>
    <w:p>
      <w:r>
        <w:rPr>
          <w:b/>
          <w:i/>
        </w:rPr>
        <w:t>Firearm Quick Checkout:</w:t>
      </w:r>
      <w:r>
        <w:rPr>
          <w:b/>
        </w:rPr>
        <w:t xml:space="preserve"> </w:t>
      </w:r>
      <w:r>
        <w:br/>
      </w:r>
      <w:r>
        <w:t>Multiple retailers requested that we add a quick checkout button.  The new “checkout” button allows you to bypass the 4473 screen.  Retailers will be responsible for initiating, completing and disposing of the firearms manually through Orchid eBound.</w:t>
      </w:r>
    </w:p>
    <w:p>
      <w:r>
        <w:t xml:space="preserve"> </w:t>
      </w:r>
    </w:p>
    <w:p>
      <w:r>
        <w:rPr>
          <w:b/>
          <w:i/>
        </w:rPr>
        <w:t xml:space="preserve">AmmoReady Enhanced Categories:  </w:t>
      </w:r>
    </w:p>
    <w:p>
      <w:r>
        <w:t>We have updated the POS to include a parent and child category. The new data element will help streamline data transfer to AmmoReady eCommerce sites.  The parent category will become visible in a future release.</w:t>
      </w:r>
    </w:p>
    <w:p>
      <w:r>
        <w:t xml:space="preserve"> </w:t>
      </w:r>
    </w:p>
    <w:p>
      <w:r>
        <w:rPr>
          <w:b/>
        </w:rPr>
        <w:t>Bug Fixes</w:t>
      </w:r>
    </w:p>
    <w:p>
      <w:r>
        <w:rPr>
          <w:i/>
        </w:rPr>
        <w:t xml:space="preserve">Space “ “ in a serial number </w:t>
      </w:r>
      <w:r>
        <w:t xml:space="preserve"> – We discovered that the POS was not handling serial numbers with spaces correctly.  This has been fixed.</w:t>
      </w:r>
    </w:p>
    <w:p>
      <w:r>
        <w:br/>
      </w:r>
    </w:p>
    <w:p>
      <w:r>
        <w:t xml:space="preserve"> </w:t>
      </w:r>
    </w:p>
    <w:p>
      <w:r>
        <w:t>Other recent software updates and release notes can be found as follows:</w:t>
      </w:r>
    </w:p>
    <w:p>
      <w:r>
        <w:t>·</w:t>
      </w:r>
      <w:r>
        <w:t xml:space="preserve">      </w:t>
      </w:r>
      <w:r>
        <w:t>Orchid eBoundTM and Related Apps</w:t>
      </w:r>
    </w:p>
    <w:p>
      <w:r>
        <w:t>·</w:t>
      </w:r>
      <w:r>
        <w:t xml:space="preserve">      </w:t>
      </w:r>
      <w:r>
        <w:t>Orchid POSTM and Orchid eCommerceTM</w:t>
      </w:r>
    </w:p>
    <w:p>
      <w:r>
        <w:t xml:space="preserve"> </w:t>
      </w:r>
    </w:p>
    <w:p>
      <w:r>
        <w:t xml:space="preserve">For questions or additional information, please submit tickets through the Orchid Online Support Portal at </w:t>
      </w:r>
      <w:r>
        <w:t>https://orchidllc.zohodesk.com/portal/en/home</w:t>
      </w:r>
    </w:p>
    <w:p>
      <w:r>
        <w:t xml:space="preserve"> </w:t>
      </w:r>
    </w:p>
    <w:p>
      <w:r>
        <w:t xml:space="preserve"> </w:t>
      </w:r>
    </w:p>
    <w:p>
      <w:r>
        <w:br/>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Q2S10.22 Release Notes - POS/eComm</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