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Q2S11.22 Release Notes</w:t>
      </w:r>
    </w:p>
    <w:p>
      <w:pPr>
        <w:jc w:val="center"/>
      </w:pPr>
      <w:r>
        <w:rPr>
          <w:b/>
        </w:rPr>
        <w:t>Orchid eBoundTM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br/>
      </w:r>
    </w:p>
    <w:p>
      <w:r>
        <w:rPr>
          <w:b/>
        </w:rPr>
        <w:t>Release Overview</w:t>
      </w:r>
      <w:r>
        <w:br/>
      </w:r>
    </w:p>
    <w:p/>
    <w:p>
      <w:r>
        <w:t>Q2S11.22 provides enhancements/updates to the following areas:</w:t>
      </w:r>
      <w:r>
        <w:br/>
      </w:r>
    </w:p>
    <w:p>
      <w:r>
        <w:t>Transaction Posting and Bound Book Search</w:t>
      </w:r>
      <w:r>
        <w:br/>
      </w:r>
    </w:p>
    <w:p>
      <w:r>
        <w:t>PDF Reports in Bound Book Search</w:t>
      </w:r>
      <w:r>
        <w:br/>
      </w:r>
    </w:p>
    <w:p>
      <w:r>
        <w:t>Operations Report</w:t>
      </w:r>
    </w:p>
    <w:p>
      <w:r>
        <w:rPr>
          <w:b/>
        </w:rPr>
        <w:t>Transaction Posting and Bound Book Search</w:t>
      </w:r>
    </w:p>
    <w:p>
      <w:r>
        <w:t xml:space="preserve">A few users reported intermittent transaction posting and search issues in the past 7 days. We have identified the issue and resolved it with an update to eBound. System performance has not only returned to normal, but you should see the benefit of speed enhancements as well. We suggest clearing your cache if you continue to experience any issues. </w:t>
      </w:r>
    </w:p>
    <w:p>
      <w:r>
        <w:t xml:space="preserve"> </w:t>
      </w:r>
    </w:p>
    <w:p>
      <w:r>
        <w:rPr>
          <w:b/>
        </w:rPr>
        <w:t>PDF Exports in Bound Book Search</w:t>
      </w:r>
    </w:p>
    <w:p>
      <w:r>
        <w:t xml:space="preserve">Users have reported that they were unable to download Bound Book Search reports to PDF. This issue has been resolved. </w:t>
      </w:r>
    </w:p>
    <w:p>
      <w:r>
        <w:t xml:space="preserve"> </w:t>
      </w:r>
    </w:p>
    <w:p>
      <w:r>
        <w:rPr>
          <w:b/>
        </w:rPr>
        <w:t>Operations Report</w:t>
      </w:r>
    </w:p>
    <w:p>
      <w:r>
        <w:t xml:space="preserve">The Customer filter on the Operations Report has been updated to a lookup field from EZCheck. </w:t>
      </w:r>
    </w:p>
    <w:p>
      <w:r>
        <w:rPr>
          <w:b/>
        </w:rPr>
        <w:t xml:space="preserve"> </w:t>
      </w:r>
    </w:p>
    <w:p/>
    <w:p>
      <w:r>
        <w:br/>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p>
      <w:r>
        <w:br/>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Q2S11.22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