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Q2S11.22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Orchid POS Overview - Release Q2S11.22</w:t>
      </w:r>
    </w:p>
    <w:p>
      <w:r>
        <w:t>Orchid POS v1.34.11 is considered a minor release.  The features and bug fixes listed below will be deployed to production environment by Friday evening.  The highlights from the release are below.</w:t>
      </w:r>
      <w:r>
        <w:t xml:space="preserve"> </w:t>
      </w:r>
    </w:p>
    <w:p>
      <w:r>
        <w:t xml:space="preserve"> </w:t>
      </w:r>
    </w:p>
    <w:p>
      <w:r>
        <w:rPr>
          <w:b/>
        </w:rPr>
        <w:t>Gunsmithing Label</w:t>
      </w:r>
    </w:p>
    <w:p>
      <w:r>
        <w:t>Many customers have asked for a Gunsmithing label.  To print the label, navigate to the specific gunsmithing work order and click “print.”  Select the bulk items option from the drop down list.</w:t>
      </w:r>
    </w:p>
    <w:p>
      <w:r>
        <w:t xml:space="preserve"> </w:t>
      </w:r>
    </w:p>
    <w:p>
      <w:r>
        <w:rPr>
          <w:b/>
          <w:i/>
        </w:rPr>
        <w:t>Admin Access Restrictions</w:t>
      </w:r>
      <w:r>
        <w:t xml:space="preserve"> </w:t>
      </w:r>
      <w:r>
        <w:br/>
      </w:r>
      <w:r>
        <w:t>We have tightened the security around the “Admin” function.  Access to the feature can be adjusted in the user profile settings.</w:t>
      </w:r>
    </w:p>
    <w:p>
      <w:r>
        <w:t xml:space="preserve"> </w:t>
      </w:r>
    </w:p>
    <w:p>
      <w:r>
        <w:rPr>
          <w:b/>
        </w:rPr>
        <w:t>Block Stock</w:t>
      </w:r>
    </w:p>
    <w:p>
      <w:r>
        <w:t>Users can now block stock from sale at the time of receipt.</w:t>
      </w:r>
    </w:p>
    <w:p>
      <w:r>
        <w:br/>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Q2S11.22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