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Q2S12.22 Release Notes</w:t>
      </w:r>
    </w:p>
    <w:p>
      <w:pPr>
        <w:jc w:val="center"/>
      </w:pPr>
      <w:r>
        <w:rPr>
          <w:b/>
        </w:rPr>
        <w:t>Orchid POSTM and Orchid eCommerceTM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rPr>
          <w:b/>
        </w:rPr>
        <w:t xml:space="preserve"> </w:t>
      </w:r>
    </w:p>
    <w:p>
      <w:r>
        <w:rPr>
          <w:b/>
        </w:rPr>
        <w:t>Overview - Release Q2S12.22</w:t>
      </w:r>
      <w:r>
        <w:br/>
      </w:r>
      <w:r>
        <w:t>Orchid POS v1.34.12 is considered a minor release.  The features and bug fixes listed below will be deployed to production environment by Friday evening.  The highlights from the release are below.</w:t>
      </w:r>
      <w:r>
        <w:t xml:space="preserve"> </w:t>
      </w:r>
    </w:p>
    <w:p>
      <w:r>
        <w:t xml:space="preserve"> </w:t>
      </w:r>
    </w:p>
    <w:p>
      <w:r>
        <w:rPr>
          <w:i/>
        </w:rPr>
        <w:t>AmmoReady Enhancement:</w:t>
      </w:r>
      <w:r>
        <w:t xml:space="preserve"> </w:t>
      </w:r>
      <w:r>
        <w:br/>
      </w:r>
      <w:r>
        <w:t xml:space="preserve">Previously Orchid POS had one drop down menu for product category, the AmmoReady category data was concatenated into a single Orchid POS field.  Today, we have added a second drop-down menu option so the user has easy access to a parent category and its related child options. </w:t>
      </w:r>
    </w:p>
    <w:p>
      <w:r>
        <w:t xml:space="preserve"> </w:t>
      </w:r>
    </w:p>
    <w:p>
      <w:r>
        <w:rPr>
          <w:i/>
        </w:rPr>
        <w:t>UPS Shipping Integration:</w:t>
      </w:r>
    </w:p>
    <w:p>
      <w:r>
        <w:t>We have added a UPS integration for our Orchid Storefront (eCommerce) users.  The feature can be accessed from the “Shipping” menu in the Orchid Storefront control panel.  User will then select UPS and enter the required information.  We recommend contacting your account representative to get assistance with setting this feature up.</w:t>
      </w:r>
    </w:p>
    <w:p>
      <w:r>
        <w:t xml:space="preserve"> </w:t>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Q2S12.22 Release Notes -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