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</w:rPr>
        <w:t>Release Q4S1.20</w:t>
      </w:r>
    </w:p>
    <w:p>
      <w:pPr>
        <w:jc w:val="center"/>
      </w:pPr>
      <w:r>
        <w:t>Minor</w:t>
        <w:br/>
        <w:t>Enhancements and User Interface Improvements</w:t>
      </w:r>
    </w:p>
    <w:p>
      <w:r>
        <w:t xml:space="preserve"> </w:t>
      </w:r>
    </w:p>
    <w:p>
      <w:pPr>
        <w:jc w:val="center"/>
      </w:pPr>
      <w:r>
        <w:rPr>
          <w:i/>
        </w:rPr>
        <w:t>This program, printed documentation, and documents</w:t>
        <w:br/>
        <w:t>should not be used as a substitute for professional advice in specific</w:t>
        <w:br/>
        <w:t>situations. The procedures, images, and examples in this document are for</w:t>
        <w:br/>
        <w:t>illustrative purposes only and may not be applicable in your setting due to</w:t>
        <w:br/>
        <w:t>differences in preference, settings, and/or state and local regulations.</w:t>
      </w:r>
    </w:p>
    <w:p>
      <w:r>
        <w:t xml:space="preserve"> </w:t>
      </w:r>
    </w:p>
    <w:p>
      <w:r>
        <w:rPr>
          <w:b/>
          <w:sz w:val="26"/>
        </w:rPr>
        <w:t>Online Support Portal / Tech Support</w:t>
      </w:r>
    </w:p>
    <w:p>
      <w:r>
        <w:t>Release of a new, online support portal that includes</w:t>
        <w:br/>
        <w:t>manuals for all of the Orchid Software Portal applications. Links to the online</w:t>
        <w:br/>
        <w:t>support portal have been added to the footer of every screen and also under the</w:t>
        <w:br/>
        <w:t>username in the upper right-hand corner of the application.</w:t>
      </w:r>
    </w:p>
    <w:p>
      <w:r>
        <w:rPr>
          <w:b/>
          <w:sz w:val="26"/>
        </w:rPr>
        <w:t>Navigation Links and General Cleanup</w:t>
      </w:r>
    </w:p>
    <w:p>
      <w:r>
        <w:t>A number of immaterial changes were made to enhance user</w:t>
        <w:br/>
        <w:t>experience.</w:t>
      </w:r>
    </w:p>
    <w:p>
      <w:pPr>
        <w:pStyle w:val="ListNumber"/>
      </w:pPr>
      <w:r>
        <w:t>The "Loan Out" and "Loan Return" transactions in</w:t>
        <w:br/>
        <w:t>Orchid eBound were renamed to "Temp Assign" and "Temp Assign Return."</w:t>
      </w:r>
      <w:r>
        <w:br/>
      </w:r>
    </w:p>
    <w:p>
      <w:pPr>
        <w:pStyle w:val="ListNumber"/>
      </w:pPr>
      <w:r>
        <w:t>The title text on the Orchid eBound "Found" transaction was updated to clarify the purpose of the transaction.</w:t>
      </w:r>
      <w:r>
        <w:br/>
      </w:r>
    </w:p>
    <w:p>
      <w:pPr>
        <w:pStyle w:val="ListNumber"/>
      </w:pPr>
      <w:r>
        <w:t>The Lot and Location fields inside of Orchid</w:t>
        <w:br/>
        <w:t>eBound were temporarily removed as we enhance that functionality.</w:t>
      </w:r>
      <w:r>
        <w:br/>
      </w:r>
    </w:p>
    <w:p>
      <w:pPr>
        <w:pStyle w:val="ListNumber"/>
      </w:pPr>
      <w:r>
        <w:t>The left-hand navigation menu used for the</w:t>
        <w:br/>
        <w:t>broader Orchid Software Portal was cleaned up (ex: Added the ATF Technology</w:t>
        <w:br/>
        <w:t>link back, etc.).</w:t>
      </w:r>
    </w:p>
    <w:p>
      <w:r>
        <w:rPr>
          <w:b/>
          <w:sz w:val="26"/>
        </w:rPr>
        <w:t>Orchid eBound - Item Number / SKU Requirement Made</w:t>
        <w:br/>
        <w:t>Optional</w:t>
      </w:r>
    </w:p>
    <w:p>
      <w:r>
        <w:t>The feature permitting the entry of an Item Number or a SKU</w:t>
        <w:br/>
        <w:t>during an eBound transaction has been made optional rather than required.</w:t>
      </w:r>
    </w:p>
    <w:p>
      <w:r>
        <w:rPr>
          <w:b/>
          <w:sz w:val="26"/>
        </w:rPr>
        <w:t>Orchid eBound - File Backup Instructions</w:t>
      </w:r>
    </w:p>
    <w:p>
      <w:r>
        <w:t>The instructions for backing up your cloud-based eBound Book</w:t>
        <w:br/>
        <w:t>to a local drive have been updated.</w:t>
      </w:r>
    </w:p>
    <w:p>
      <w:r>
        <w:rPr>
          <w:b/>
          <w:sz w:val="26"/>
        </w:rPr>
        <w:t>Orchid eBound - Removed Driver’s License Field for the</w:t>
        <w:br/>
        <w:t>Paper 4473 Form</w:t>
      </w:r>
    </w:p>
    <w:p/>
    <w:p>
      <w:r>
        <w:t>For more information, please submit inquires through the</w:t>
        <w:br/>
        <w:t xml:space="preserve">Software Portal ticketing system. </w:t>
      </w:r>
    </w:p>
    <w:p>
      <w:r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Q4S1.20 Release Notes</dc:title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