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b/>
        </w:rPr>
        <w:t>Q2S7.24 Release Notes</w:t>
      </w:r>
      <w:r>
        <w:rPr>
          <w:i/>
        </w:rPr>
        <w:t xml:space="preserve"> 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</w:p>
    <w:p>
      <w:r>
        <w:rPr>
          <w:b/>
        </w:rPr>
        <w:t xml:space="preserve"> </w:t>
      </w:r>
    </w:p>
    <w:p>
      <w:r>
        <w:rPr>
          <w:b/>
        </w:rPr>
        <w:t>Orchid POS and Orchid eCommerce</w:t>
      </w:r>
    </w:p>
    <w:p>
      <w:r>
        <w:rPr>
          <w:b/>
        </w:rPr>
        <w:t>Coming</w:t>
      </w:r>
    </w:p>
    <w:p>
      <w:r>
        <w:t>The following features are currently in beta testing</w:t>
        <w:br/>
        <w:t xml:space="preserve">and should be released soon </w:t>
      </w:r>
    </w:p>
    <w:p>
      <w:r>
        <w:t>·</w:t>
      </w:r>
      <w:r>
        <w:t xml:space="preserve">        </w:t>
        <w:br/>
      </w:r>
      <w:r>
        <w:t>Live</w:t>
        <w:br/>
        <w:t xml:space="preserve">integration to Guns.com and Gunstores.com </w:t>
      </w:r>
    </w:p>
    <w:p>
      <w:r>
        <w:t>·</w:t>
      </w:r>
      <w:r>
        <w:t xml:space="preserve">        </w:t>
        <w:br/>
      </w:r>
      <w:r>
        <w:t>Posting</w:t>
        <w:br/>
        <w:t>inventory asset balances from Orchid POS to QuickBooks Desktop and QuickBooks</w:t>
        <w:br/>
        <w:t>online</w:t>
      </w:r>
    </w:p>
    <w:p>
      <w:r>
        <w:t>·</w:t>
      </w:r>
      <w:r>
        <w:t xml:space="preserve">        </w:t>
        <w:br/>
      </w:r>
      <w:r>
        <w:t>Completely</w:t>
        <w:br/>
        <w:t>rebuilt reporting with visual business intelligence and the ability to generate</w:t>
        <w:br/>
        <w:t>custom reports on the fly. Samples of these reports can be found in the</w:t>
        <w:br/>
        <w:t>Reporting Tab</w:t>
      </w:r>
    </w:p>
    <w:p>
      <w:r>
        <w:t>·</w:t>
      </w:r>
      <w:r>
        <w:t xml:space="preserve">        </w:t>
        <w:br/>
      </w:r>
      <w:r>
        <w:t>Completely</w:t>
        <w:br/>
        <w:t>redesigned course and training modules</w:t>
      </w:r>
    </w:p>
    <w:p>
      <w:r>
        <w:t xml:space="preserve"> </w:t>
      </w:r>
    </w:p>
    <w:p>
      <w:r>
        <w:rPr>
          <w:b/>
        </w:rPr>
        <w:t>Current</w:t>
        <w:br/>
        <w:t>Releases</w:t>
      </w:r>
    </w:p>
    <w:p>
      <w:r>
        <w:rPr>
          <w:b/>
        </w:rPr>
        <w:t>New Reports in Beta Testing</w:t>
      </w:r>
    </w:p>
    <w:p>
      <w:r>
        <w:t>The Monies Received Report,</w:t>
        <w:br/>
        <w:t xml:space="preserve">Purchase History, Cost of Goods Sold, </w:t>
      </w:r>
      <w:r>
        <w:t>Cost of Goods Delivered, Sales by Category, Sales Tax Summary, Sales by Department,</w:t>
        <w:br/>
        <w:t>Expense Account and Petty Cash, and Cash Drawer reports have all been</w:t>
        <w:br/>
        <w:t>redesigned. You can find these reports all in the Report Tab in the POS.</w:t>
      </w:r>
    </w:p>
    <w:p>
      <w:r>
        <w:rPr>
          <w:b/>
        </w:rPr>
        <w:t>Inventory</w:t>
        <w:br/>
        <w:t>Valuation Reports</w:t>
      </w:r>
    </w:p>
    <w:p>
      <w:r>
        <w:t>In the Order</w:t>
        <w:br/>
        <w:t>Inventory - Select Parts to Order Screen under the action tab, you will find 3</w:t>
        <w:br/>
        <w:t>additional exportable reports. The Valuation Report, The Activity Report</w:t>
        <w:br/>
        <w:t>(Summary) and the Activity Report (Detailed). Each report can apply sold date</w:t>
        <w:br/>
        <w:t>or received date filters. Upon clicking submit, these exports will be generated</w:t>
        <w:br/>
        <w:t>in Excel format for you to use.</w:t>
      </w:r>
    </w:p>
    <w:p>
      <w:r>
        <w:rPr>
          <w:b/>
        </w:rPr>
        <w:t>Report</w:t>
        <w:br/>
        <w:t>Builder Update</w:t>
      </w:r>
    </w:p>
    <w:p>
      <w:r>
        <w:t>In the report</w:t>
        <w:br/>
        <w:t>builder, you can now save and recall existing reports. Additionally,</w:t>
        <w:br/>
        <w:t>transaction type, On Sale and eComm visibility filters have been added.</w:t>
      </w:r>
    </w:p>
    <w:p>
      <w:r>
        <w:rPr>
          <w:b/>
        </w:rPr>
        <w:t>Ability to</w:t>
        <w:br/>
        <w:t>add attachments to Customers' Profile, Invoices and Quotes</w:t>
      </w:r>
    </w:p>
    <w:p>
      <w:r>
        <w:t>In the</w:t>
        <w:br/>
        <w:t>Customer Details page, per customer, you will now see a tab called Files, this</w:t>
        <w:br/>
        <w:t>will allow you to add up to 10 different files of all types to the customer’s</w:t>
        <w:br/>
        <w:t>profile. You can also add up to 5 attachments to each Invoice or Quote created</w:t>
        <w:br/>
        <w:t>in the POS. The email template for Quotes and Invoices can also be updated to</w:t>
        <w:br/>
        <w:t>include linked documents. You can update these templates by going to Settings –</w:t>
        <w:br/>
        <w:t>Email Options – Templates.</w:t>
      </w:r>
    </w:p>
    <w:p>
      <w:r>
        <w:rPr>
          <w:b/>
        </w:rPr>
        <w:t>Physical</w:t>
        <w:br/>
        <w:t>Inventory Tool Update</w:t>
      </w:r>
    </w:p>
    <w:p>
      <w:r>
        <w:t>The Inventory</w:t>
        <w:br/>
        <w:t>History report has been updated to include the total item count, the system</w:t>
        <w:br/>
        <w:t>count, the difference count, extended cost difference, extended retail price</w:t>
        <w:br/>
        <w:t>difference. We have also added the View You and View All buttons to both pages,</w:t>
        <w:br/>
        <w:t>so you can easily go back and forth to adjust as needed.</w:t>
      </w:r>
    </w:p>
    <w:p>
      <w:r>
        <w:rPr>
          <w:b/>
        </w:rPr>
        <w:t>Setup</w:t>
        <w:br/>
        <w:t>Option Enhancements</w:t>
      </w:r>
    </w:p>
    <w:p>
      <w:r>
        <w:t>In Settings –</w:t>
        <w:br/>
        <w:t>Setup Options – Inventory you will now see Exclude Firearm Type. This toggle</w:t>
        <w:br/>
        <w:t>will exclude Antique firearms from sending to your Bound Book upon acquisition.</w:t>
      </w:r>
    </w:p>
    <w:p>
      <w:r>
        <w:rPr>
          <w:b/>
        </w:rPr>
        <w:t>Purchase</w:t>
        <w:br/>
        <w:t>Order Suffix</w:t>
      </w:r>
    </w:p>
    <w:p>
      <w:r>
        <w:t>Purchase</w:t>
        <w:br/>
        <w:t>Order’s can now have a suffix added to them prior to receiving all items. This</w:t>
        <w:br/>
        <w:t>can be added by going to the Manage Purchase Oder Screen and selecting a</w:t>
        <w:br/>
        <w:t>Purchase Order that is open. After adding the suffix to the Purchase Order it</w:t>
        <w:br/>
        <w:t xml:space="preserve">will not be able to be changed again. </w:t>
      </w:r>
    </w:p>
    <w:p>
      <w:r>
        <w:rPr>
          <w:b/>
        </w:rPr>
        <w:t>Standard</w:t>
        <w:br/>
        <w:t>Cost Logging</w:t>
      </w:r>
    </w:p>
    <w:p>
      <w:r>
        <w:t>Per UPC you</w:t>
        <w:br/>
        <w:t>will now find the standard cost is logged in the adjustments tab and will only</w:t>
        <w:br/>
        <w:t>display when the default vendor has been updated.</w:t>
      </w:r>
    </w:p>
    <w:p>
      <w:r>
        <w:rPr>
          <w:b/>
        </w:rPr>
        <w:t>Pistol Permit</w:t>
        <w:br/>
        <w:t>Number</w:t>
      </w:r>
    </w:p>
    <w:p>
      <w:r>
        <w:t>The pistol permit</w:t>
        <w:br/>
        <w:t>number is now included on the contact import templates and can be a searchable</w:t>
        <w:br/>
        <w:t>field in the Register screen.</w:t>
      </w:r>
    </w:p>
    <w:p>
      <w:r>
        <w:rPr>
          <w:b/>
        </w:rPr>
        <w:t>Prescheduled</w:t>
        <w:br/>
        <w:t>Discounts for eCommerce</w:t>
      </w:r>
    </w:p>
    <w:p>
      <w:r>
        <w:t>Prescheduled</w:t>
        <w:br/>
        <w:t>discounts are now included for eCommerce products. This will apply the On Sale</w:t>
        <w:br/>
        <w:t>banner when using the sale price or a discount amount.</w:t>
      </w:r>
    </w:p>
    <w:p>
      <w:r>
        <w:rPr>
          <w:b/>
        </w:rPr>
        <w:t>Universal UPC</w:t>
        <w:br/>
        <w:t>Search</w:t>
      </w:r>
    </w:p>
    <w:p>
      <w:r>
        <w:t>In the manage</w:t>
        <w:br/>
        <w:t>products screen and in the report builder you will now find a universal UPC</w:t>
        <w:br/>
        <w:t>Search bar. This search bar is designed after the search bar in the register</w:t>
        <w:br/>
        <w:t>screen to allow you to filter off key words or descriptions to see the</w:t>
        <w:br/>
        <w:t xml:space="preserve">exact UPC you are looking for. </w:t>
      </w:r>
    </w:p>
    <w:p>
      <w:r>
        <w:t xml:space="preserve"> </w:t>
      </w:r>
    </w:p>
    <w:p>
      <w:r>
        <w:t>Other recent software updates and release notes can be</w:t>
        <w:br/>
        <w:t>found as follows:</w:t>
      </w:r>
    </w:p>
    <w:p>
      <w:r>
        <w:t>Orchid eBoundTM and Related Apps</w:t>
      </w:r>
    </w:p>
    <w:p>
      <w:r>
        <w:t>Orchid POSTM and</w:t>
        <w:br/>
        <w:t>Orchid eCommerceTM</w:t>
      </w:r>
    </w:p>
    <w:p>
      <w:r>
        <w:t>For questions or additional information, please submit</w:t>
        <w:br/>
        <w:t xml:space="preserve">tickets through the Orchid Online Support Portal at </w:t>
      </w:r>
      <w:r>
        <w:t>https://orchidllc.zohodesk.com/portal/en/home</w:t>
      </w:r>
    </w:p>
    <w:p>
      <w:r>
        <w:t xml:space="preserve"> 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Q2S7.24 Release Notes - Orchid POS/eComm™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