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May 05, 2025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rPr>
          <w:b/>
        </w:rPr>
        <w:t xml:space="preserve"> </w:t>
      </w:r>
      <w:r>
        <w:br/>
      </w:r>
    </w:p>
    <w:p>
      <w:r>
        <w:rPr>
          <w:b/>
        </w:rPr>
        <w:t>Orchid POS and Orchid eCommerce - Vendor Catalog Updates</w:t>
      </w:r>
      <w:r>
        <w:br/>
      </w:r>
    </w:p>
    <w:p/>
    <w:p>
      <w:r>
        <w:br/>
      </w:r>
    </w:p>
    <w:p>
      <w:r>
        <w:rPr>
          <w:b/>
        </w:rPr>
        <w:t>Bill Hicks</w:t>
      </w:r>
    </w:p>
    <w:p/>
    <w:p/>
    <w:p>
      <w:r>
        <w:rPr>
          <w:b/>
        </w:rPr>
        <w:t>Camfour</w:t>
      </w:r>
    </w:p>
    <w:p>
      <w:r>
        <w:rPr>
          <w:b/>
        </w:rPr>
        <w:t>Crow</w:t>
      </w:r>
    </w:p>
    <w:p/>
    <w:p>
      <w:r>
        <w:rPr>
          <w:b/>
        </w:rPr>
        <w:t>Davidsons</w:t>
      </w:r>
    </w:p>
    <w:p>
      <w:r>
        <w:rPr>
          <w:b/>
        </w:rPr>
        <w:t>Lipseys</w:t>
      </w:r>
    </w:p>
    <w:p>
      <w:r>
        <w:rPr>
          <w:b/>
        </w:rPr>
        <w:t>RSR</w:t>
      </w:r>
    </w:p>
    <w:p>
      <w:r>
        <w:rPr>
          <w:b/>
        </w:rPr>
        <w:t>Sports South</w:t>
      </w:r>
    </w:p>
    <w:p>
      <w:r>
        <w:rPr>
          <w:b/>
        </w:rPr>
        <w:t>Zanders</w:t>
      </w:r>
    </w:p>
    <w:p>
      <w:r>
        <w:br/>
      </w:r>
    </w:p>
    <w:p/>
    <w:p>
      <w:r>
        <w:rPr>
          <w:b/>
          <w:sz w:val="26"/>
        </w:rPr>
        <w:t>Previous Release Notes</w:t>
      </w:r>
    </w:p>
    <w:p>
      <w:r>
        <w:t>Vendor Catalog Updates</w:t>
      </w:r>
    </w:p>
    <w:p>
      <w:r>
        <w:t>Orchid eBoundTM and Related Apps</w:t>
      </w:r>
      <w:r>
        <w:br/>
      </w:r>
    </w:p>
    <w:p>
      <w:r>
        <w:t>Orchid POSTM and Orchid eCommerceTM</w:t>
      </w:r>
    </w:p>
    <w:p>
      <w:r>
        <w:t>For questions or additional information, please submit</w:t>
        <w:br/>
        <w:t xml:space="preserve">tickets through the Orchid Online </w:t>
      </w:r>
      <w:r>
        <w:t>Support</w:t>
        <w:br/>
        <w:t>Center</w:t>
      </w:r>
      <w:r>
        <w:t>.</w:t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Orchid POS/eComm™ Vendor Catalog Updates - May 5, 2025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